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10963" w:rsidR="00D61D64" w:rsidRDefault="005655DE" w14:paraId="3BFA3B1C" w14:textId="77777777">
      <w:pPr>
        <w:pStyle w:val="Nagwek1"/>
        <w:jc w:val="center"/>
        <w:rPr>
          <w:rFonts w:ascii="Roboto Condensed Light" w:hAnsi="Roboto Condensed Light"/>
          <w:color w:val="auto"/>
          <w:sz w:val="22"/>
          <w:szCs w:val="22"/>
          <w:lang w:val="pl-PL"/>
        </w:rPr>
      </w:pPr>
      <w:r w:rsidRPr="00410963">
        <w:rPr>
          <w:rFonts w:ascii="Roboto Condensed Light" w:hAnsi="Roboto Condensed Light"/>
          <w:color w:val="auto"/>
          <w:sz w:val="22"/>
          <w:szCs w:val="22"/>
          <w:lang w:val="pl-PL"/>
        </w:rPr>
        <w:t>OŚWIADCZENIE O SPEŁNIANIU WARUNKÓW UDZIAŁU</w:t>
      </w:r>
    </w:p>
    <w:p w:rsidRPr="00410963" w:rsidR="00D61D64" w:rsidP="07A726F7" w:rsidRDefault="005655DE" w14:paraId="09BA6B6E" w14:textId="5D7C1F8C">
      <w:pPr>
        <w:pStyle w:val="Normalny"/>
        <w:suppressLineNumbers w:val="0"/>
        <w:spacing w:before="0" w:beforeAutospacing="off" w:after="200" w:afterAutospacing="off" w:line="276" w:lineRule="auto"/>
        <w:ind w:left="0" w:right="0"/>
        <w:jc w:val="center"/>
        <w:rPr>
          <w:rFonts w:ascii="Roboto Condensed Light" w:hAnsi="Roboto Condensed Light"/>
          <w:sz w:val="20"/>
          <w:szCs w:val="20"/>
          <w:lang w:val="pl-PL"/>
        </w:rPr>
      </w:pPr>
      <w:r w:rsidRPr="07A726F7" w:rsidR="2A29AB5A">
        <w:rPr>
          <w:rFonts w:ascii="Roboto Condensed Light" w:hAnsi="Roboto Condensed Light"/>
          <w:sz w:val="20"/>
          <w:szCs w:val="20"/>
          <w:lang w:val="pl-PL"/>
        </w:rPr>
        <w:t xml:space="preserve">(Załącznik nr </w:t>
      </w:r>
      <w:r w:rsidRPr="07A726F7" w:rsidR="1B9D2BEB">
        <w:rPr>
          <w:rFonts w:ascii="Roboto Condensed Light" w:hAnsi="Roboto Condensed Light"/>
          <w:sz w:val="20"/>
          <w:szCs w:val="20"/>
          <w:lang w:val="pl-PL"/>
        </w:rPr>
        <w:t>3</w:t>
      </w:r>
      <w:r w:rsidRPr="07A726F7" w:rsidR="2A29AB5A">
        <w:rPr>
          <w:rFonts w:ascii="Roboto Condensed Light" w:hAnsi="Roboto Condensed Light"/>
          <w:sz w:val="20"/>
          <w:szCs w:val="20"/>
          <w:lang w:val="pl-PL"/>
        </w:rPr>
        <w:t xml:space="preserve"> do zapytania ofertowego</w:t>
      </w:r>
      <w:r w:rsidRPr="07A726F7" w:rsidR="3A9C9859">
        <w:rPr>
          <w:rFonts w:ascii="Roboto Condensed Light" w:hAnsi="Roboto Condensed Light"/>
          <w:sz w:val="20"/>
          <w:szCs w:val="20"/>
          <w:lang w:val="pl-PL"/>
        </w:rPr>
        <w:t xml:space="preserve"> nr MOSKIT_LR_</w:t>
      </w:r>
      <w:r w:rsidRPr="07A726F7" w:rsidR="329B7BC6">
        <w:rPr>
          <w:rFonts w:ascii="Roboto Condensed Light" w:hAnsi="Roboto Condensed Light"/>
          <w:sz w:val="20"/>
          <w:szCs w:val="20"/>
          <w:lang w:val="pl-PL"/>
        </w:rPr>
        <w:t>OP/1</w:t>
      </w:r>
      <w:r w:rsidRPr="07A726F7" w:rsidR="3A9C9859">
        <w:rPr>
          <w:rFonts w:ascii="Roboto Condensed Light" w:hAnsi="Roboto Condensed Light"/>
          <w:sz w:val="20"/>
          <w:szCs w:val="20"/>
          <w:lang w:val="pl-PL"/>
        </w:rPr>
        <w:t>/2026</w:t>
      </w:r>
      <w:r w:rsidRPr="07A726F7" w:rsidR="2A29AB5A">
        <w:rPr>
          <w:rFonts w:ascii="Roboto Condensed Light" w:hAnsi="Roboto Condensed Light"/>
          <w:sz w:val="20"/>
          <w:szCs w:val="20"/>
          <w:lang w:val="pl-PL"/>
        </w:rPr>
        <w:t>)</w:t>
      </w:r>
    </w:p>
    <w:p w:rsidRPr="00410963" w:rsidR="00D61D64" w:rsidRDefault="005655DE" w14:paraId="4FB80EA9" w14:textId="77777777">
      <w:pPr>
        <w:pStyle w:val="Nagwek2"/>
        <w:spacing w:after="40"/>
        <w:rPr>
          <w:rFonts w:ascii="Roboto Condensed Light" w:hAnsi="Roboto Condensed Light"/>
          <w:color w:val="auto"/>
          <w:sz w:val="20"/>
          <w:szCs w:val="20"/>
          <w:lang w:val="pl-PL"/>
        </w:rPr>
      </w:pPr>
      <w:r w:rsidRPr="00410963">
        <w:rPr>
          <w:rFonts w:ascii="Roboto Condensed Light" w:hAnsi="Roboto Condensed Light"/>
          <w:color w:val="auto"/>
          <w:sz w:val="20"/>
          <w:szCs w:val="20"/>
          <w:lang w:val="pl-PL"/>
        </w:rPr>
        <w:t>1. Dane Wykonawcy</w:t>
      </w:r>
    </w:p>
    <w:p w:rsidRPr="00410963" w:rsidR="00D61D64" w:rsidRDefault="005655DE" w14:paraId="63174FF8" w14:textId="77777777">
      <w:pPr>
        <w:spacing w:after="160"/>
        <w:rPr>
          <w:rFonts w:ascii="Roboto Condensed Light" w:hAnsi="Roboto Condensed Light"/>
          <w:sz w:val="20"/>
          <w:szCs w:val="20"/>
        </w:rPr>
      </w:pPr>
      <w:r w:rsidRPr="00410963">
        <w:rPr>
          <w:rFonts w:ascii="Roboto Condensed Light" w:hAnsi="Roboto Condensed Light"/>
          <w:sz w:val="20"/>
          <w:szCs w:val="20"/>
          <w:lang w:val="pl-PL"/>
        </w:rPr>
        <w:t>Nazwa Wykonawcy: ..........................................................</w:t>
      </w:r>
      <w:r w:rsidRPr="00410963">
        <w:rPr>
          <w:rFonts w:ascii="Roboto Condensed Light" w:hAnsi="Roboto Condensed Light"/>
          <w:sz w:val="20"/>
          <w:szCs w:val="20"/>
          <w:lang w:val="pl-PL"/>
        </w:rPr>
        <w:br/>
      </w:r>
      <w:r w:rsidRPr="00410963">
        <w:rPr>
          <w:rFonts w:ascii="Roboto Condensed Light" w:hAnsi="Roboto Condensed Light"/>
          <w:sz w:val="20"/>
          <w:szCs w:val="20"/>
          <w:lang w:val="pl-PL"/>
        </w:rPr>
        <w:t>Forma prawna: ..............................................................</w:t>
      </w:r>
      <w:r w:rsidRPr="00410963">
        <w:rPr>
          <w:rFonts w:ascii="Roboto Condensed Light" w:hAnsi="Roboto Condensed Light"/>
          <w:sz w:val="20"/>
          <w:szCs w:val="20"/>
          <w:lang w:val="pl-PL"/>
        </w:rPr>
        <w:br/>
      </w:r>
      <w:r w:rsidRPr="00410963">
        <w:rPr>
          <w:rFonts w:ascii="Roboto Condensed Light" w:hAnsi="Roboto Condensed Light"/>
          <w:sz w:val="20"/>
          <w:szCs w:val="20"/>
          <w:lang w:val="pl-PL"/>
        </w:rPr>
        <w:t>Adres siedziby: ............................................................</w:t>
      </w:r>
      <w:r w:rsidRPr="00410963">
        <w:rPr>
          <w:rFonts w:ascii="Roboto Condensed Light" w:hAnsi="Roboto Condensed Light"/>
          <w:sz w:val="20"/>
          <w:szCs w:val="20"/>
          <w:lang w:val="pl-PL"/>
        </w:rPr>
        <w:br/>
      </w:r>
      <w:r w:rsidRPr="00410963">
        <w:rPr>
          <w:rFonts w:ascii="Roboto Condensed Light" w:hAnsi="Roboto Condensed Light"/>
          <w:sz w:val="20"/>
          <w:szCs w:val="20"/>
          <w:lang w:val="pl-PL"/>
        </w:rPr>
        <w:t>Kraj pochodzenia: ..........................................................</w:t>
      </w:r>
      <w:r w:rsidRPr="00410963">
        <w:rPr>
          <w:rFonts w:ascii="Roboto Condensed Light" w:hAnsi="Roboto Condensed Light"/>
          <w:sz w:val="20"/>
          <w:szCs w:val="20"/>
          <w:lang w:val="pl-PL"/>
        </w:rPr>
        <w:br/>
      </w:r>
      <w:r w:rsidRPr="00410963">
        <w:rPr>
          <w:rFonts w:ascii="Roboto Condensed Light" w:hAnsi="Roboto Condensed Light"/>
          <w:sz w:val="20"/>
          <w:szCs w:val="20"/>
          <w:lang w:val="pl-PL"/>
        </w:rPr>
        <w:t>NIP: ....................................................................</w:t>
      </w:r>
      <w:r w:rsidRPr="00410963">
        <w:rPr>
          <w:rFonts w:ascii="Roboto Condensed Light" w:hAnsi="Roboto Condensed Light"/>
          <w:sz w:val="20"/>
          <w:szCs w:val="20"/>
          <w:lang w:val="pl-PL"/>
        </w:rPr>
        <w:br/>
      </w:r>
      <w:r w:rsidRPr="00410963">
        <w:rPr>
          <w:rFonts w:ascii="Roboto Condensed Light" w:hAnsi="Roboto Condensed Light"/>
          <w:sz w:val="20"/>
          <w:szCs w:val="20"/>
          <w:lang w:val="pl-PL"/>
        </w:rPr>
        <w:t>REGON: ..................................................................</w:t>
      </w:r>
      <w:r w:rsidRPr="00410963">
        <w:rPr>
          <w:rFonts w:ascii="Roboto Condensed Light" w:hAnsi="Roboto Condensed Light"/>
          <w:sz w:val="20"/>
          <w:szCs w:val="20"/>
          <w:lang w:val="pl-PL"/>
        </w:rPr>
        <w:br/>
      </w:r>
      <w:r w:rsidRPr="00410963">
        <w:rPr>
          <w:rFonts w:ascii="Roboto Condensed Light" w:hAnsi="Roboto Condensed Light"/>
          <w:sz w:val="20"/>
          <w:szCs w:val="20"/>
          <w:lang w:val="pl-PL"/>
        </w:rPr>
        <w:t>KRS / CEIDG: ...............................................................</w:t>
      </w:r>
      <w:r w:rsidRPr="00410963">
        <w:rPr>
          <w:rFonts w:ascii="Roboto Condensed Light" w:hAnsi="Roboto Condensed Light"/>
          <w:sz w:val="20"/>
          <w:szCs w:val="20"/>
          <w:lang w:val="pl-PL"/>
        </w:rPr>
        <w:br/>
      </w:r>
      <w:r w:rsidRPr="00410963">
        <w:rPr>
          <w:rFonts w:ascii="Roboto Condensed Light" w:hAnsi="Roboto Condensed Light"/>
          <w:sz w:val="20"/>
          <w:szCs w:val="20"/>
          <w:lang w:val="pl-PL"/>
        </w:rPr>
        <w:t>E-mail: ...................................................................</w:t>
      </w:r>
      <w:r w:rsidRPr="00410963">
        <w:rPr>
          <w:rFonts w:ascii="Roboto Condensed Light" w:hAnsi="Roboto Condensed Light"/>
          <w:sz w:val="20"/>
          <w:szCs w:val="20"/>
          <w:lang w:val="pl-PL"/>
        </w:rPr>
        <w:br/>
      </w:r>
      <w:r w:rsidRPr="00410963">
        <w:rPr>
          <w:rFonts w:ascii="Roboto Condensed Light" w:hAnsi="Roboto Condensed Light"/>
          <w:sz w:val="20"/>
          <w:szCs w:val="20"/>
        </w:rPr>
        <w:t>Telefon: .................................................................</w:t>
      </w:r>
    </w:p>
    <w:p w:rsidRPr="00410963" w:rsidR="00D61D64" w:rsidRDefault="005655DE" w14:paraId="1063D07D" w14:textId="77777777">
      <w:pPr>
        <w:pStyle w:val="Nagwek2"/>
        <w:spacing w:after="40"/>
        <w:rPr>
          <w:rFonts w:ascii="Roboto Condensed Light" w:hAnsi="Roboto Condensed Light"/>
          <w:color w:val="auto"/>
          <w:sz w:val="20"/>
          <w:szCs w:val="20"/>
          <w:lang w:val="pl-PL"/>
        </w:rPr>
      </w:pPr>
      <w:r w:rsidRPr="00410963">
        <w:rPr>
          <w:rFonts w:ascii="Roboto Condensed Light" w:hAnsi="Roboto Condensed Light"/>
          <w:color w:val="auto"/>
          <w:sz w:val="20"/>
          <w:szCs w:val="20"/>
          <w:lang w:val="pl-PL"/>
        </w:rPr>
        <w:t>2. Dane Zamawiającego</w:t>
      </w:r>
    </w:p>
    <w:p w:rsidRPr="00410963" w:rsidR="003945F7" w:rsidRDefault="003945F7" w14:paraId="6041F465" w14:textId="77777777">
      <w:pPr>
        <w:pStyle w:val="Nagwek2"/>
        <w:spacing w:after="40"/>
        <w:rPr>
          <w:rFonts w:ascii="Roboto Condensed Light" w:hAnsi="Roboto Condensed Light"/>
          <w:b w:val="0"/>
          <w:bCs w:val="0"/>
          <w:color w:val="auto"/>
          <w:sz w:val="20"/>
          <w:szCs w:val="20"/>
        </w:rPr>
      </w:pPr>
      <w:r w:rsidRPr="00410963">
        <w:rPr>
          <w:rFonts w:ascii="Roboto Condensed Light" w:hAnsi="Roboto Condensed Light"/>
          <w:b w:val="0"/>
          <w:bCs w:val="0"/>
          <w:color w:val="auto"/>
          <w:sz w:val="20"/>
          <w:szCs w:val="20"/>
          <w:lang w:val="pl-PL"/>
        </w:rPr>
        <w:t>RADMOR S.A.</w:t>
      </w:r>
      <w:r w:rsidRPr="00410963">
        <w:rPr>
          <w:rFonts w:ascii="Roboto Condensed Light" w:hAnsi="Roboto Condensed Light"/>
          <w:b w:val="0"/>
          <w:bCs w:val="0"/>
          <w:color w:val="auto"/>
          <w:sz w:val="20"/>
          <w:szCs w:val="20"/>
          <w:lang w:val="pl-PL"/>
        </w:rPr>
        <w:br/>
      </w:r>
      <w:r w:rsidRPr="00410963">
        <w:rPr>
          <w:rFonts w:ascii="Roboto Condensed Light" w:hAnsi="Roboto Condensed Light"/>
          <w:b w:val="0"/>
          <w:bCs w:val="0"/>
          <w:color w:val="auto"/>
          <w:sz w:val="20"/>
          <w:szCs w:val="20"/>
          <w:lang w:val="pl-PL"/>
        </w:rPr>
        <w:t>Adres: Hutnicza 3, 81-212 Gdynia, Polska</w:t>
      </w:r>
      <w:r w:rsidRPr="00410963">
        <w:rPr>
          <w:rFonts w:ascii="Roboto Condensed Light" w:hAnsi="Roboto Condensed Light"/>
          <w:b w:val="0"/>
          <w:bCs w:val="0"/>
          <w:color w:val="auto"/>
          <w:sz w:val="20"/>
          <w:szCs w:val="20"/>
          <w:lang w:val="pl-PL"/>
        </w:rPr>
        <w:br/>
      </w:r>
      <w:r w:rsidRPr="00410963">
        <w:rPr>
          <w:rFonts w:ascii="Roboto Condensed Light" w:hAnsi="Roboto Condensed Light"/>
          <w:b w:val="0"/>
          <w:bCs w:val="0"/>
          <w:color w:val="auto"/>
          <w:sz w:val="20"/>
          <w:szCs w:val="20"/>
          <w:lang w:val="pl-PL"/>
        </w:rPr>
        <w:t xml:space="preserve">NIP: </w:t>
      </w:r>
      <w:r w:rsidRPr="00410963">
        <w:rPr>
          <w:rFonts w:ascii="Roboto Condensed Light" w:hAnsi="Roboto Condensed Light"/>
          <w:b w:val="0"/>
          <w:bCs w:val="0"/>
          <w:color w:val="auto"/>
          <w:sz w:val="20"/>
          <w:szCs w:val="20"/>
        </w:rPr>
        <w:t>586-010-21-39</w:t>
      </w:r>
      <w:r w:rsidRPr="00410963">
        <w:rPr>
          <w:rFonts w:ascii="Roboto Condensed Light" w:hAnsi="Roboto Condensed Light"/>
          <w:b w:val="0"/>
          <w:bCs w:val="0"/>
          <w:color w:val="auto"/>
          <w:sz w:val="20"/>
          <w:szCs w:val="20"/>
          <w:lang w:val="pl-PL"/>
        </w:rPr>
        <w:br/>
      </w:r>
      <w:r w:rsidRPr="00410963">
        <w:rPr>
          <w:rFonts w:ascii="Roboto Condensed Light" w:hAnsi="Roboto Condensed Light"/>
          <w:b w:val="0"/>
          <w:bCs w:val="0"/>
          <w:color w:val="auto"/>
          <w:sz w:val="20"/>
          <w:szCs w:val="20"/>
          <w:lang w:val="pl-PL"/>
        </w:rPr>
        <w:t xml:space="preserve">REGON: </w:t>
      </w:r>
      <w:r w:rsidRPr="00410963">
        <w:rPr>
          <w:rFonts w:ascii="Roboto Condensed Light" w:hAnsi="Roboto Condensed Light"/>
          <w:b w:val="0"/>
          <w:bCs w:val="0"/>
          <w:color w:val="auto"/>
          <w:sz w:val="20"/>
          <w:szCs w:val="20"/>
        </w:rPr>
        <w:t>190432077</w:t>
      </w:r>
    </w:p>
    <w:p w:rsidRPr="00410963" w:rsidR="00D61D64" w:rsidRDefault="005655DE" w14:paraId="5D49AE3E" w14:textId="77777777">
      <w:pPr>
        <w:pStyle w:val="Nagwek2"/>
        <w:spacing w:after="40"/>
        <w:rPr>
          <w:rFonts w:ascii="Roboto Condensed Light" w:hAnsi="Roboto Condensed Light"/>
          <w:color w:val="auto"/>
          <w:sz w:val="20"/>
          <w:szCs w:val="20"/>
          <w:lang w:val="pl-PL"/>
        </w:rPr>
      </w:pPr>
      <w:r w:rsidRPr="00410963">
        <w:rPr>
          <w:rFonts w:ascii="Roboto Condensed Light" w:hAnsi="Roboto Condensed Light"/>
          <w:color w:val="auto"/>
          <w:sz w:val="20"/>
          <w:szCs w:val="20"/>
          <w:lang w:val="pl-PL"/>
        </w:rPr>
        <w:t>3. Przedmiot oświadczenia</w:t>
      </w:r>
    </w:p>
    <w:p w:rsidRPr="00410963" w:rsidR="00D61D64" w:rsidP="003945F7" w:rsidRDefault="005655DE" w14:paraId="6EAE5B69" w14:textId="6BA78098">
      <w:pPr>
        <w:spacing w:after="160"/>
        <w:rPr>
          <w:rFonts w:ascii="Roboto Condensed Light" w:hAnsi="Roboto Condensed Light"/>
          <w:sz w:val="20"/>
          <w:szCs w:val="20"/>
        </w:rPr>
      </w:pPr>
      <w:r w:rsidRPr="07A726F7" w:rsidR="2A29AB5A">
        <w:rPr>
          <w:rFonts w:ascii="Roboto Condensed Light" w:hAnsi="Roboto Condensed Light"/>
          <w:sz w:val="20"/>
          <w:szCs w:val="20"/>
          <w:lang w:val="pl-PL"/>
        </w:rPr>
        <w:t xml:space="preserve">W związku ze złożeniem oferty w odpowiedzi na zapytanie ofertowe nr </w:t>
      </w:r>
      <w:r w:rsidRPr="07A726F7" w:rsidR="2D4EA5C0">
        <w:rPr>
          <w:rFonts w:ascii="Roboto Condensed Light" w:hAnsi="Roboto Condensed Light"/>
          <w:sz w:val="20"/>
          <w:szCs w:val="20"/>
          <w:lang w:val="pl-PL"/>
        </w:rPr>
        <w:t>MOSKIT_LR_</w:t>
      </w:r>
      <w:r w:rsidRPr="07A726F7" w:rsidR="755277A0">
        <w:rPr>
          <w:rFonts w:ascii="Roboto Condensed Light" w:hAnsi="Roboto Condensed Light"/>
          <w:sz w:val="20"/>
          <w:szCs w:val="20"/>
          <w:lang w:val="pl-PL"/>
        </w:rPr>
        <w:t>OP/1</w:t>
      </w:r>
      <w:r w:rsidRPr="07A726F7" w:rsidR="2D4EA5C0">
        <w:rPr>
          <w:rFonts w:ascii="Roboto Condensed Light" w:hAnsi="Roboto Condensed Light"/>
          <w:sz w:val="20"/>
          <w:szCs w:val="20"/>
          <w:lang w:val="pl-PL"/>
        </w:rPr>
        <w:t>/2026</w:t>
      </w:r>
      <w:r w:rsidRPr="07A726F7" w:rsidR="3A9C9859">
        <w:rPr>
          <w:rFonts w:ascii="Roboto Condensed Light" w:hAnsi="Roboto Condensed Light"/>
          <w:sz w:val="20"/>
          <w:szCs w:val="20"/>
          <w:lang w:val="pl-PL"/>
        </w:rPr>
        <w:t xml:space="preserve"> </w:t>
      </w:r>
      <w:r w:rsidRPr="07A726F7" w:rsidR="2A29AB5A">
        <w:rPr>
          <w:rFonts w:ascii="Roboto Condensed Light" w:hAnsi="Roboto Condensed Light"/>
          <w:sz w:val="20"/>
          <w:szCs w:val="20"/>
          <w:lang w:val="pl-PL"/>
        </w:rPr>
        <w:t>dotyczące</w:t>
      </w:r>
      <w:r w:rsidRPr="07A726F7" w:rsidR="3A9C9859">
        <w:rPr>
          <w:rFonts w:ascii="Roboto Condensed Light" w:hAnsi="Roboto Condensed Light"/>
          <w:sz w:val="20"/>
          <w:szCs w:val="20"/>
          <w:lang w:val="pl-PL"/>
        </w:rPr>
        <w:t xml:space="preserve"> dostawy narzędzi skrawających</w:t>
      </w:r>
      <w:r w:rsidRPr="07A726F7" w:rsidR="2A29AB5A">
        <w:rPr>
          <w:rFonts w:ascii="Roboto Condensed Light" w:hAnsi="Roboto Condensed Light"/>
          <w:sz w:val="20"/>
          <w:szCs w:val="20"/>
          <w:lang w:val="pl-PL"/>
        </w:rPr>
        <w:t xml:space="preserve"> składam niniejsze oświadczenie.</w:t>
      </w:r>
      <w:r>
        <w:br/>
      </w:r>
      <w:r>
        <w:br/>
      </w:r>
      <w:r w:rsidRPr="07A726F7" w:rsidR="2A29AB5A">
        <w:rPr>
          <w:rFonts w:ascii="Roboto Condensed Light" w:hAnsi="Roboto Condensed Light"/>
          <w:b w:val="1"/>
          <w:bCs w:val="1"/>
          <w:sz w:val="20"/>
          <w:szCs w:val="20"/>
          <w:lang w:val="pl-PL"/>
        </w:rPr>
        <w:t>Projekt</w:t>
      </w:r>
      <w:r w:rsidRPr="07A726F7" w:rsidR="2A29AB5A">
        <w:rPr>
          <w:rFonts w:ascii="Roboto Condensed Light" w:hAnsi="Roboto Condensed Light"/>
          <w:sz w:val="20"/>
          <w:szCs w:val="20"/>
          <w:lang w:val="pl-PL"/>
        </w:rPr>
        <w:t>: Kierowany pocisk przeciwpancerny z autonomicznym wsparciem naprowadzania do zwalczania celów na dystansie.</w:t>
      </w:r>
      <w:r>
        <w:br/>
      </w:r>
      <w:r w:rsidRPr="07A726F7" w:rsidR="2A29AB5A">
        <w:rPr>
          <w:rFonts w:ascii="Roboto Condensed Light" w:hAnsi="Roboto Condensed Light"/>
          <w:b w:val="1"/>
          <w:bCs w:val="1"/>
          <w:sz w:val="20"/>
          <w:szCs w:val="20"/>
          <w:lang w:val="pl-PL"/>
        </w:rPr>
        <w:t>Program</w:t>
      </w:r>
      <w:r w:rsidRPr="07A726F7" w:rsidR="2A29AB5A">
        <w:rPr>
          <w:rFonts w:ascii="Roboto Condensed Light" w:hAnsi="Roboto Condensed Light"/>
          <w:sz w:val="20"/>
          <w:szCs w:val="20"/>
          <w:lang w:val="pl-PL"/>
        </w:rPr>
        <w:t xml:space="preserve">: Nowe technologie w obszarze bezpieczeństwa i obronności państwa, </w:t>
      </w:r>
      <w:r w:rsidRPr="07A726F7" w:rsidR="2A29AB5A">
        <w:rPr>
          <w:rFonts w:ascii="Roboto Condensed Light" w:hAnsi="Roboto Condensed Light"/>
          <w:sz w:val="20"/>
          <w:szCs w:val="20"/>
          <w:lang w:val="pl-PL"/>
        </w:rPr>
        <w:t>pk</w:t>
      </w:r>
      <w:r w:rsidRPr="07A726F7" w:rsidR="2A29AB5A">
        <w:rPr>
          <w:rFonts w:ascii="Roboto Condensed Light" w:hAnsi="Roboto Condensed Light"/>
          <w:sz w:val="20"/>
          <w:szCs w:val="20"/>
          <w:lang w:val="pl-PL"/>
        </w:rPr>
        <w:t>. PERUN.</w:t>
      </w:r>
      <w:r>
        <w:br/>
      </w:r>
      <w:r w:rsidRPr="07A726F7" w:rsidR="2A29AB5A">
        <w:rPr>
          <w:rFonts w:ascii="Roboto Condensed Light" w:hAnsi="Roboto Condensed Light"/>
          <w:b w:val="1"/>
          <w:bCs w:val="1"/>
          <w:sz w:val="20"/>
          <w:szCs w:val="20"/>
        </w:rPr>
        <w:t xml:space="preserve">Numer </w:t>
      </w:r>
      <w:r w:rsidRPr="07A726F7" w:rsidR="2A29AB5A">
        <w:rPr>
          <w:rFonts w:ascii="Roboto Condensed Light" w:hAnsi="Roboto Condensed Light"/>
          <w:b w:val="1"/>
          <w:bCs w:val="1"/>
          <w:sz w:val="20"/>
          <w:szCs w:val="20"/>
        </w:rPr>
        <w:t>projektu</w:t>
      </w:r>
      <w:r w:rsidRPr="07A726F7" w:rsidR="2A29AB5A">
        <w:rPr>
          <w:rFonts w:ascii="Roboto Condensed Light" w:hAnsi="Roboto Condensed Light"/>
          <w:sz w:val="20"/>
          <w:szCs w:val="20"/>
        </w:rPr>
        <w:t>: DOB-PERUN-1-A-011-2023.</w:t>
      </w:r>
    </w:p>
    <w:p w:rsidRPr="00410963" w:rsidR="00D61D64" w:rsidRDefault="005655DE" w14:paraId="31F5B1A6" w14:textId="77777777">
      <w:pPr>
        <w:pStyle w:val="Nagwek2"/>
        <w:spacing w:after="40"/>
        <w:rPr>
          <w:rFonts w:ascii="Roboto Condensed Light" w:hAnsi="Roboto Condensed Light"/>
          <w:color w:val="auto"/>
          <w:sz w:val="20"/>
          <w:szCs w:val="20"/>
          <w:lang w:val="pl-PL"/>
        </w:rPr>
      </w:pPr>
      <w:r w:rsidRPr="00410963">
        <w:rPr>
          <w:rFonts w:ascii="Roboto Condensed Light" w:hAnsi="Roboto Condensed Light"/>
          <w:color w:val="auto"/>
          <w:sz w:val="20"/>
          <w:szCs w:val="20"/>
          <w:lang w:val="pl-PL"/>
        </w:rPr>
        <w:t>4. Oświadczenie Wykonawcy</w:t>
      </w:r>
    </w:p>
    <w:p w:rsidRPr="00410963" w:rsidR="001357BF" w:rsidP="00A61C45" w:rsidRDefault="005655DE" w14:paraId="39ACF35D" w14:textId="77777777">
      <w:pPr>
        <w:spacing w:after="40"/>
        <w:jc w:val="both"/>
        <w:rPr>
          <w:rFonts w:ascii="Roboto Condensed Light" w:hAnsi="Roboto Condensed Light"/>
          <w:sz w:val="20"/>
          <w:szCs w:val="20"/>
          <w:lang w:val="pl-PL"/>
        </w:rPr>
      </w:pPr>
      <w:r w:rsidRPr="00410963">
        <w:rPr>
          <w:rFonts w:ascii="Roboto Condensed Light" w:hAnsi="Roboto Condensed Light"/>
          <w:sz w:val="20"/>
          <w:szCs w:val="20"/>
          <w:lang w:val="pl-PL"/>
        </w:rPr>
        <w:t>Oświadczam, że Wykonawca:</w:t>
      </w:r>
    </w:p>
    <w:p w:rsidRPr="00410963" w:rsidR="001357BF" w:rsidP="001357BF" w:rsidRDefault="001357BF" w14:paraId="3B010A42" w14:textId="77777777">
      <w:pPr>
        <w:pStyle w:val="Akapitzlist"/>
        <w:numPr>
          <w:ilvl w:val="0"/>
          <w:numId w:val="11"/>
        </w:numPr>
        <w:spacing w:after="160" w:line="259" w:lineRule="auto"/>
        <w:jc w:val="both"/>
        <w:rPr>
          <w:rFonts w:ascii="Roboto Condensed Light" w:hAnsi="Roboto Condensed Light"/>
          <w:sz w:val="20"/>
          <w:szCs w:val="20"/>
        </w:rPr>
      </w:pPr>
      <w:r w:rsidRPr="00410963">
        <w:rPr>
          <w:rFonts w:ascii="Roboto Condensed Light" w:hAnsi="Roboto Condensed Light"/>
          <w:b/>
          <w:bCs/>
          <w:sz w:val="20"/>
          <w:szCs w:val="20"/>
        </w:rPr>
        <w:t>nie jest podmiotem powiązanym</w:t>
      </w:r>
      <w:r w:rsidRPr="00410963">
        <w:rPr>
          <w:rFonts w:ascii="Roboto Condensed Light" w:hAnsi="Roboto Condensed Light"/>
          <w:sz w:val="20"/>
          <w:szCs w:val="20"/>
        </w:rPr>
        <w:t xml:space="preserve"> z Zamawiającym. Za wykonawcę powiązanego uznaje się podmiot: </w:t>
      </w:r>
    </w:p>
    <w:p w:rsidRPr="00410963" w:rsidR="001357BF" w:rsidP="001357BF" w:rsidRDefault="001357BF" w14:paraId="31F346CA" w14:textId="1ABCEA5B">
      <w:pPr>
        <w:pStyle w:val="Akapitzlist"/>
        <w:numPr>
          <w:ilvl w:val="2"/>
          <w:numId w:val="11"/>
        </w:numPr>
        <w:spacing w:after="160" w:line="259" w:lineRule="auto"/>
        <w:jc w:val="both"/>
        <w:rPr>
          <w:rFonts w:ascii="Roboto Condensed Light" w:hAnsi="Roboto Condensed Light"/>
          <w:sz w:val="20"/>
          <w:szCs w:val="20"/>
          <w:lang w:val="pl-PL"/>
        </w:rPr>
      </w:pPr>
      <w:r w:rsidRPr="00410963">
        <w:rPr>
          <w:rFonts w:ascii="Roboto Condensed Light" w:hAnsi="Roboto Condensed Light"/>
          <w:sz w:val="20"/>
          <w:szCs w:val="20"/>
          <w:lang w:val="pl-PL"/>
        </w:rPr>
        <w:t>powiązany lub będący jednostką zależną, wspołzależną lub dominującą w relacji z Zamawiającymw rozumieniu ustawy z dnia 29 września 1994 r. o rachunkowości;</w:t>
      </w:r>
    </w:p>
    <w:p w:rsidRPr="00410963" w:rsidR="001357BF" w:rsidP="001357BF" w:rsidRDefault="001357BF" w14:paraId="5CEF91CB" w14:textId="78BEFEF6">
      <w:pPr>
        <w:pStyle w:val="Akapitzlist"/>
        <w:numPr>
          <w:ilvl w:val="2"/>
          <w:numId w:val="11"/>
        </w:numPr>
        <w:spacing w:after="160" w:line="259" w:lineRule="auto"/>
        <w:jc w:val="both"/>
        <w:rPr>
          <w:rFonts w:ascii="Roboto Condensed Light" w:hAnsi="Roboto Condensed Light"/>
          <w:sz w:val="20"/>
          <w:szCs w:val="20"/>
          <w:lang w:val="pl-PL"/>
        </w:rPr>
      </w:pPr>
      <w:r w:rsidRPr="00410963">
        <w:rPr>
          <w:rFonts w:ascii="Roboto Condensed Light" w:hAnsi="Roboto Condensed Light"/>
          <w:sz w:val="20"/>
          <w:szCs w:val="20"/>
          <w:lang w:val="pl-PL"/>
        </w:rPr>
        <w:t>będący podmiotem pozostającym z Zamawiającym</w:t>
      </w:r>
      <w:r w:rsidR="007F4563">
        <w:rPr>
          <w:rFonts w:ascii="Roboto Condensed Light" w:hAnsi="Roboto Condensed Light"/>
          <w:sz w:val="20"/>
          <w:szCs w:val="20"/>
          <w:lang w:val="pl-PL"/>
        </w:rPr>
        <w:t xml:space="preserve"> </w:t>
      </w:r>
      <w:r w:rsidRPr="00410963">
        <w:rPr>
          <w:rFonts w:ascii="Roboto Condensed Light" w:hAnsi="Roboto Condensed Light"/>
          <w:sz w:val="20"/>
          <w:szCs w:val="20"/>
          <w:lang w:val="pl-PL"/>
        </w:rPr>
        <w:t xml:space="preserve">lub członkami </w:t>
      </w:r>
      <w:r w:rsidR="007F4563">
        <w:rPr>
          <w:rFonts w:ascii="Roboto Condensed Light" w:hAnsi="Roboto Condensed Light"/>
          <w:sz w:val="20"/>
          <w:szCs w:val="20"/>
          <w:lang w:val="pl-PL"/>
        </w:rPr>
        <w:t>jego</w:t>
      </w:r>
      <w:r w:rsidRPr="00410963">
        <w:rPr>
          <w:rFonts w:ascii="Roboto Condensed Light" w:hAnsi="Roboto Condensed Light"/>
          <w:sz w:val="20"/>
          <w:szCs w:val="20"/>
          <w:lang w:val="pl-PL"/>
        </w:rPr>
        <w:t xml:space="preserve"> organów w takim stosunku faktycznym lub prawnym, kt</w:t>
      </w:r>
      <w:r w:rsidR="007F4563">
        <w:rPr>
          <w:rFonts w:ascii="Roboto Condensed Light" w:hAnsi="Roboto Condensed Light"/>
          <w:sz w:val="20"/>
          <w:szCs w:val="20"/>
          <w:lang w:val="pl-PL"/>
        </w:rPr>
        <w:t>ó</w:t>
      </w:r>
      <w:r w:rsidRPr="00410963">
        <w:rPr>
          <w:rFonts w:ascii="Roboto Condensed Light" w:hAnsi="Roboto Condensed Light"/>
          <w:sz w:val="20"/>
          <w:szCs w:val="20"/>
          <w:lang w:val="pl-PL"/>
        </w:rPr>
        <w:t>ry może budzić uzasadnione wątpliwości co do bezstronności w wyborze dostawcy towaru lub usługi, w szczeg</w:t>
      </w:r>
      <w:r w:rsidR="007F4563">
        <w:rPr>
          <w:rFonts w:ascii="Roboto Condensed Light" w:hAnsi="Roboto Condensed Light"/>
          <w:sz w:val="20"/>
          <w:szCs w:val="20"/>
          <w:lang w:val="pl-PL"/>
        </w:rPr>
        <w:t>ó</w:t>
      </w:r>
      <w:r w:rsidRPr="00410963">
        <w:rPr>
          <w:rFonts w:ascii="Roboto Condensed Light" w:hAnsi="Roboto Condensed Light"/>
          <w:sz w:val="20"/>
          <w:szCs w:val="20"/>
          <w:lang w:val="pl-PL"/>
        </w:rPr>
        <w:t>lności pozostającym w związku małżeńskim, stosunku pokrewieństwa lub powinowactwa do drugiego stopnia włącznie, stosunku przysposobienia, opieki lub kurateli, także poprzez członkostwo w organach dostawcy towaru lub usługi;</w:t>
      </w:r>
    </w:p>
    <w:p w:rsidRPr="00410963" w:rsidR="001357BF" w:rsidP="001357BF" w:rsidRDefault="001357BF" w14:paraId="6DB8ED7D" w14:textId="52481927">
      <w:pPr>
        <w:pStyle w:val="Akapitzlist"/>
        <w:numPr>
          <w:ilvl w:val="2"/>
          <w:numId w:val="11"/>
        </w:numPr>
        <w:spacing w:after="160" w:line="259" w:lineRule="auto"/>
        <w:jc w:val="both"/>
        <w:rPr>
          <w:rFonts w:ascii="Roboto Condensed Light" w:hAnsi="Roboto Condensed Light"/>
          <w:sz w:val="20"/>
          <w:szCs w:val="20"/>
          <w:lang w:val="pl-PL"/>
        </w:rPr>
      </w:pPr>
      <w:r w:rsidRPr="00410963">
        <w:rPr>
          <w:rFonts w:ascii="Roboto Condensed Light" w:hAnsi="Roboto Condensed Light"/>
          <w:sz w:val="20"/>
          <w:szCs w:val="20"/>
          <w:lang w:val="pl-PL"/>
        </w:rPr>
        <w:t>będący podmiotem powiązanym lub podmiotem partnerskim w stosunku do  Zamawiającego</w:t>
      </w:r>
      <w:r w:rsidR="007F4563">
        <w:rPr>
          <w:rFonts w:ascii="Roboto Condensed Light" w:hAnsi="Roboto Condensed Light"/>
          <w:sz w:val="20"/>
          <w:szCs w:val="20"/>
          <w:lang w:val="pl-PL"/>
        </w:rPr>
        <w:t xml:space="preserve"> </w:t>
      </w:r>
      <w:r w:rsidRPr="00410963">
        <w:rPr>
          <w:rFonts w:ascii="Roboto Condensed Light" w:hAnsi="Roboto Condensed Light"/>
          <w:sz w:val="20"/>
          <w:szCs w:val="20"/>
          <w:lang w:val="pl-PL"/>
        </w:rPr>
        <w:t xml:space="preserve">w rozumieniu rozporządzenia Komisji (UE) nr 651/2014 z dnia </w:t>
      </w:r>
      <w:r w:rsidRPr="00410963">
        <w:rPr>
          <w:rFonts w:ascii="Roboto Condensed Light" w:hAnsi="Roboto Condensed Light"/>
          <w:sz w:val="20"/>
          <w:szCs w:val="20"/>
          <w:lang w:val="pl-PL"/>
        </w:rPr>
        <w:t>17 czerwca 2014 r. uznającego niektore rodzaje pomocy za zgodne z rynkiem wewnętrznym w zastosowaniu art. 107 i 108 Traktatu;</w:t>
      </w:r>
    </w:p>
    <w:p w:rsidRPr="00410963" w:rsidR="001357BF" w:rsidP="001357BF" w:rsidRDefault="001357BF" w14:paraId="6A7BBEF5" w14:textId="211AE787">
      <w:pPr>
        <w:pStyle w:val="Akapitzlist"/>
        <w:numPr>
          <w:ilvl w:val="2"/>
          <w:numId w:val="11"/>
        </w:numPr>
        <w:spacing w:after="160" w:line="259" w:lineRule="auto"/>
        <w:jc w:val="both"/>
        <w:rPr>
          <w:rFonts w:ascii="Roboto Condensed Light" w:hAnsi="Roboto Condensed Light"/>
          <w:sz w:val="20"/>
          <w:szCs w:val="20"/>
          <w:lang w:val="pl-PL"/>
        </w:rPr>
      </w:pPr>
      <w:r w:rsidRPr="00410963">
        <w:rPr>
          <w:rFonts w:ascii="Roboto Condensed Light" w:hAnsi="Roboto Condensed Light"/>
          <w:sz w:val="20"/>
          <w:szCs w:val="20"/>
          <w:lang w:val="pl-PL"/>
        </w:rPr>
        <w:t>będący podmiotem powiązanym osobowo Zamawiającym w rozumieniu art. 32 ust. 2 ustawy z dnia 11 marca 2004 r. o podatku od towarów i usług.</w:t>
      </w:r>
    </w:p>
    <w:p w:rsidRPr="00410963" w:rsidR="001357BF" w:rsidP="001357BF" w:rsidRDefault="001357BF" w14:paraId="2859A23C" w14:textId="77777777">
      <w:pPr>
        <w:pStyle w:val="Akapitzlist"/>
        <w:numPr>
          <w:ilvl w:val="0"/>
          <w:numId w:val="10"/>
        </w:numPr>
        <w:spacing w:after="160"/>
        <w:jc w:val="both"/>
        <w:rPr>
          <w:rFonts w:ascii="Roboto Condensed Light" w:hAnsi="Roboto Condensed Light"/>
          <w:sz w:val="20"/>
          <w:szCs w:val="20"/>
          <w:lang w:val="pl-PL"/>
        </w:rPr>
      </w:pPr>
      <w:r w:rsidRPr="00410963">
        <w:rPr>
          <w:rFonts w:ascii="Roboto Condensed Light" w:hAnsi="Roboto Condensed Light"/>
          <w:sz w:val="20"/>
          <w:szCs w:val="20"/>
          <w:lang w:val="pl-PL"/>
        </w:rPr>
        <w:t>wyraża zgodę na publikację wyników niniejszego postępowania na stronie internetowej Radmor S.A. : www.radmor.com.pl</w:t>
      </w:r>
    </w:p>
    <w:p w:rsidRPr="00410963" w:rsidR="001357BF" w:rsidP="001357BF" w:rsidRDefault="001357BF" w14:paraId="11B19A7C" w14:textId="77777777">
      <w:pPr>
        <w:pStyle w:val="Akapitzlist"/>
        <w:numPr>
          <w:ilvl w:val="0"/>
          <w:numId w:val="10"/>
        </w:numPr>
        <w:spacing w:after="160"/>
        <w:jc w:val="both"/>
        <w:rPr>
          <w:rFonts w:ascii="Roboto Condensed Light" w:hAnsi="Roboto Condensed Light"/>
          <w:sz w:val="20"/>
          <w:szCs w:val="20"/>
          <w:lang w:val="pl-PL"/>
        </w:rPr>
      </w:pPr>
      <w:r w:rsidRPr="00410963">
        <w:rPr>
          <w:rFonts w:ascii="Roboto Condensed Light" w:hAnsi="Roboto Condensed Light"/>
          <w:sz w:val="20"/>
          <w:szCs w:val="20"/>
          <w:lang w:val="pl-PL"/>
        </w:rPr>
        <w:t>zapoznał się z treścią zapytania ofertowego wraz z załącznikami i akceptuje warunki udziału w postępowaniu;</w:t>
      </w:r>
    </w:p>
    <w:p w:rsidRPr="00410963" w:rsidR="00A61C45" w:rsidP="00A61C45" w:rsidRDefault="005655DE" w14:paraId="658053D9" w14:textId="77777777">
      <w:pPr>
        <w:pStyle w:val="Akapitzlist"/>
        <w:numPr>
          <w:ilvl w:val="0"/>
          <w:numId w:val="10"/>
        </w:numPr>
        <w:spacing w:after="160"/>
        <w:jc w:val="both"/>
        <w:rPr>
          <w:rFonts w:ascii="Roboto Condensed Light" w:hAnsi="Roboto Condensed Light"/>
          <w:sz w:val="20"/>
          <w:szCs w:val="20"/>
          <w:lang w:val="pl-PL"/>
        </w:rPr>
      </w:pPr>
      <w:r w:rsidRPr="00410963">
        <w:rPr>
          <w:rFonts w:ascii="Roboto Condensed Light" w:hAnsi="Roboto Condensed Light"/>
          <w:sz w:val="20"/>
          <w:szCs w:val="20"/>
          <w:lang w:val="pl-PL"/>
        </w:rPr>
        <w:t>spełnia wszystkie kryteria techniczne ujęte w Szczegółowym opisie przedmiotu zamówienia, wymagane do zakwalifikowania oferty do oceny;</w:t>
      </w:r>
    </w:p>
    <w:p w:rsidRPr="00410963" w:rsidR="00A61C45" w:rsidP="00A61C45" w:rsidRDefault="005655DE" w14:paraId="071D8CA5" w14:textId="77777777">
      <w:pPr>
        <w:pStyle w:val="Akapitzlist"/>
        <w:numPr>
          <w:ilvl w:val="0"/>
          <w:numId w:val="10"/>
        </w:numPr>
        <w:spacing w:after="160"/>
        <w:jc w:val="both"/>
        <w:rPr>
          <w:rFonts w:ascii="Roboto Condensed Light" w:hAnsi="Roboto Condensed Light"/>
          <w:sz w:val="20"/>
          <w:szCs w:val="20"/>
          <w:lang w:val="pl-PL"/>
        </w:rPr>
      </w:pPr>
      <w:r w:rsidRPr="00410963">
        <w:rPr>
          <w:rFonts w:ascii="Roboto Condensed Light" w:hAnsi="Roboto Condensed Light"/>
          <w:sz w:val="20"/>
          <w:szCs w:val="20"/>
          <w:lang w:val="pl-PL"/>
        </w:rPr>
        <w:t>posiada niezbędną wiedzę, doświadczenie, potencjał organizacyjny, zasoby techniczne i kadrowe umożliwiające należyte wykonanie przedmiotu zamówienia;</w:t>
      </w:r>
    </w:p>
    <w:p w:rsidRPr="00410963" w:rsidR="00A61C45" w:rsidP="00A61C45" w:rsidRDefault="005655DE" w14:paraId="13A93D22" w14:textId="77777777">
      <w:pPr>
        <w:pStyle w:val="Akapitzlist"/>
        <w:numPr>
          <w:ilvl w:val="0"/>
          <w:numId w:val="10"/>
        </w:numPr>
        <w:spacing w:after="160"/>
        <w:jc w:val="both"/>
        <w:rPr>
          <w:rFonts w:ascii="Roboto Condensed Light" w:hAnsi="Roboto Condensed Light"/>
          <w:sz w:val="20"/>
          <w:szCs w:val="20"/>
          <w:lang w:val="pl-PL"/>
        </w:rPr>
      </w:pPr>
      <w:r w:rsidRPr="00410963">
        <w:rPr>
          <w:rFonts w:ascii="Roboto Condensed Light" w:hAnsi="Roboto Condensed Light"/>
          <w:sz w:val="20"/>
          <w:szCs w:val="20"/>
          <w:lang w:val="pl-PL"/>
        </w:rPr>
        <w:t>nie podlega wykluczeniu z udziału w postępowaniu z przyczyn wskazanych w zapytaniu ofertowym;</w:t>
      </w:r>
    </w:p>
    <w:p w:rsidRPr="00410963" w:rsidR="00A61C45" w:rsidP="00A61C45" w:rsidRDefault="005655DE" w14:paraId="5E9AF4C0" w14:textId="77777777">
      <w:pPr>
        <w:pStyle w:val="Akapitzlist"/>
        <w:numPr>
          <w:ilvl w:val="0"/>
          <w:numId w:val="10"/>
        </w:numPr>
        <w:spacing w:after="160"/>
        <w:jc w:val="both"/>
        <w:rPr>
          <w:rFonts w:ascii="Roboto Condensed Light" w:hAnsi="Roboto Condensed Light"/>
          <w:sz w:val="20"/>
          <w:szCs w:val="20"/>
          <w:lang w:val="pl-PL"/>
        </w:rPr>
      </w:pPr>
      <w:r w:rsidRPr="00410963">
        <w:rPr>
          <w:rFonts w:ascii="Roboto Condensed Light" w:hAnsi="Roboto Condensed Light"/>
          <w:sz w:val="20"/>
          <w:szCs w:val="20"/>
          <w:lang w:val="pl-PL"/>
        </w:rPr>
        <w:t>zobowiązuje się wykonać przedmiot zamówienia zgodnie z treścią złożonej oferty, OPZ oraz w terminie wskazanym w ofercie</w:t>
      </w:r>
      <w:r w:rsidRPr="00410963" w:rsidR="004D4FF3">
        <w:rPr>
          <w:rFonts w:ascii="Roboto Condensed Light" w:hAnsi="Roboto Condensed Light"/>
          <w:sz w:val="20"/>
          <w:szCs w:val="20"/>
          <w:lang w:val="pl-PL"/>
        </w:rPr>
        <w:t>.</w:t>
      </w:r>
    </w:p>
    <w:p w:rsidRPr="00410963" w:rsidR="009B6CAA" w:rsidP="009B6CAA" w:rsidRDefault="009B6CAA" w14:paraId="6424E16F" w14:textId="77777777">
      <w:pPr>
        <w:pStyle w:val="Akapitzlist"/>
        <w:spacing w:after="160"/>
        <w:jc w:val="both"/>
        <w:rPr>
          <w:rFonts w:ascii="Roboto Condensed Light" w:hAnsi="Roboto Condensed Light"/>
          <w:sz w:val="20"/>
          <w:szCs w:val="20"/>
          <w:lang w:val="pl-PL"/>
        </w:rPr>
      </w:pPr>
    </w:p>
    <w:p w:rsidRPr="00410963" w:rsidR="00D61D64" w:rsidRDefault="005655DE" w14:paraId="75E95389" w14:textId="77777777">
      <w:pPr>
        <w:pStyle w:val="Nagwek2"/>
        <w:spacing w:after="40"/>
        <w:rPr>
          <w:rFonts w:ascii="Roboto Condensed Light" w:hAnsi="Roboto Condensed Light"/>
          <w:color w:val="auto"/>
          <w:sz w:val="20"/>
          <w:szCs w:val="20"/>
          <w:lang w:val="pl-PL"/>
        </w:rPr>
      </w:pPr>
      <w:r w:rsidRPr="00410963">
        <w:rPr>
          <w:rFonts w:ascii="Roboto Condensed Light" w:hAnsi="Roboto Condensed Light"/>
          <w:color w:val="auto"/>
          <w:sz w:val="20"/>
          <w:szCs w:val="20"/>
          <w:lang w:val="pl-PL"/>
        </w:rPr>
        <w:t>5. Podpis</w:t>
      </w:r>
    </w:p>
    <w:p w:rsidRPr="00410963" w:rsidR="00D61D64" w:rsidRDefault="005655DE" w14:paraId="1336A469" w14:textId="1116B40E">
      <w:pPr>
        <w:spacing w:after="0"/>
        <w:rPr>
          <w:rFonts w:ascii="Roboto Condensed Light" w:hAnsi="Roboto Condensed Light"/>
          <w:sz w:val="20"/>
          <w:szCs w:val="20"/>
          <w:lang w:val="pl-PL"/>
        </w:rPr>
      </w:pPr>
      <w:r w:rsidRPr="00410963">
        <w:rPr>
          <w:rFonts w:ascii="Roboto Condensed Light" w:hAnsi="Roboto Condensed Light"/>
          <w:sz w:val="20"/>
          <w:szCs w:val="20"/>
          <w:lang w:val="pl-PL"/>
        </w:rPr>
        <w:t xml:space="preserve">Miejscowość i data: </w:t>
      </w:r>
      <w:r w:rsidR="00365AC6">
        <w:rPr>
          <w:rFonts w:ascii="Roboto Condensed Light" w:hAnsi="Roboto Condensed Light"/>
          <w:sz w:val="20"/>
          <w:szCs w:val="20"/>
          <w:lang w:val="pl-PL"/>
        </w:rPr>
        <w:br/>
      </w:r>
      <w:r w:rsidR="00365AC6">
        <w:rPr>
          <w:rFonts w:ascii="Roboto Condensed Light" w:hAnsi="Roboto Condensed Light"/>
          <w:sz w:val="20"/>
          <w:szCs w:val="20"/>
          <w:lang w:val="pl-PL"/>
        </w:rPr>
        <w:br/>
      </w:r>
      <w:r w:rsidR="00365AC6">
        <w:rPr>
          <w:rFonts w:ascii="Roboto Condensed Light" w:hAnsi="Roboto Condensed Light"/>
          <w:sz w:val="20"/>
          <w:szCs w:val="20"/>
          <w:lang w:val="pl-PL"/>
        </w:rPr>
        <w:br/>
      </w:r>
      <w:r w:rsidRPr="00410963">
        <w:rPr>
          <w:rFonts w:ascii="Roboto Condensed Light" w:hAnsi="Roboto Condensed Light"/>
          <w:sz w:val="20"/>
          <w:szCs w:val="20"/>
          <w:lang w:val="pl-PL"/>
        </w:rPr>
        <w:t>....................................................</w:t>
      </w:r>
      <w:r w:rsidRPr="00410963">
        <w:rPr>
          <w:rFonts w:ascii="Roboto Condensed Light" w:hAnsi="Roboto Condensed Light"/>
          <w:sz w:val="20"/>
          <w:szCs w:val="20"/>
          <w:lang w:val="pl-PL"/>
        </w:rPr>
        <w:br/>
      </w:r>
      <w:r w:rsidRPr="00410963">
        <w:rPr>
          <w:rFonts w:ascii="Roboto Condensed Light" w:hAnsi="Roboto Condensed Light"/>
          <w:sz w:val="20"/>
          <w:szCs w:val="20"/>
          <w:lang w:val="pl-PL"/>
        </w:rPr>
        <w:br/>
      </w:r>
      <w:r w:rsidRPr="00410963">
        <w:rPr>
          <w:rFonts w:ascii="Roboto Condensed Light" w:hAnsi="Roboto Condensed Light"/>
          <w:sz w:val="20"/>
          <w:szCs w:val="20"/>
          <w:lang w:val="pl-PL"/>
        </w:rPr>
        <w:t>.............................................................................</w:t>
      </w:r>
      <w:r w:rsidRPr="00410963">
        <w:rPr>
          <w:rFonts w:ascii="Roboto Condensed Light" w:hAnsi="Roboto Condensed Light"/>
          <w:sz w:val="20"/>
          <w:szCs w:val="20"/>
          <w:lang w:val="pl-PL"/>
        </w:rPr>
        <w:br/>
      </w:r>
      <w:r w:rsidR="00365AC6">
        <w:rPr>
          <w:rFonts w:ascii="Roboto Condensed Light" w:hAnsi="Roboto Condensed Light"/>
          <w:sz w:val="16"/>
          <w:szCs w:val="16"/>
          <w:lang w:val="pl-PL"/>
        </w:rPr>
        <w:t>(</w:t>
      </w:r>
      <w:r w:rsidRPr="00365AC6">
        <w:rPr>
          <w:rFonts w:ascii="Roboto Condensed Light" w:hAnsi="Roboto Condensed Light"/>
          <w:sz w:val="16"/>
          <w:szCs w:val="16"/>
          <w:lang w:val="pl-PL"/>
        </w:rPr>
        <w:t>czytelny podpis osoby/osób uprawnionej/uprawnionych do reprezentacji Wykonawcy</w:t>
      </w:r>
      <w:r w:rsidR="00365AC6">
        <w:rPr>
          <w:rFonts w:ascii="Roboto Condensed Light" w:hAnsi="Roboto Condensed Light"/>
          <w:sz w:val="16"/>
          <w:szCs w:val="16"/>
          <w:lang w:val="pl-PL"/>
        </w:rPr>
        <w:t>)</w:t>
      </w:r>
    </w:p>
    <w:sectPr w:rsidRPr="00410963" w:rsidR="00D61D64" w:rsidSect="00034616">
      <w:headerReference w:type="default" r:id="rId11"/>
      <w:footerReference w:type="default" r:id="rId12"/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20882" w:rsidP="003945F7" w:rsidRDefault="00020882" w14:paraId="64C2D3A6" w14:textId="77777777">
      <w:pPr>
        <w:spacing w:after="0" w:line="240" w:lineRule="auto"/>
      </w:pPr>
      <w:r>
        <w:separator/>
      </w:r>
    </w:p>
  </w:endnote>
  <w:endnote w:type="continuationSeparator" w:id="0">
    <w:p w:rsidR="00020882" w:rsidP="003945F7" w:rsidRDefault="00020882" w14:paraId="745D74D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 Condensed Light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945F7" w:rsidR="003945F7" w:rsidP="003945F7" w:rsidRDefault="003945F7" w14:paraId="79E1434E" w14:textId="77777777">
    <w:pPr>
      <w:pStyle w:val="Stopka"/>
      <w:tabs>
        <w:tab w:val="left" w:pos="2445"/>
      </w:tabs>
      <w:jc w:val="center"/>
      <w:rPr>
        <w:rFonts w:ascii="Roboto Condensed Light" w:hAnsi="Roboto Condensed Light" w:cstheme="minorHAnsi"/>
        <w:sz w:val="20"/>
        <w:szCs w:val="20"/>
      </w:rPr>
    </w:pPr>
    <w:r w:rsidRPr="00CB4CBA">
      <w:rPr>
        <w:rFonts w:ascii="Roboto Condensed Light" w:hAnsi="Roboto Condensed Light" w:cstheme="minorHAnsi"/>
        <w:sz w:val="20"/>
        <w:szCs w:val="20"/>
      </w:rPr>
      <w:t>Projekt współfinansowany przez Narodowe Centrum Badań i Rozwoju w ramach programu PERUN.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20882" w:rsidP="003945F7" w:rsidRDefault="00020882" w14:paraId="0C80E605" w14:textId="77777777">
      <w:pPr>
        <w:spacing w:after="0" w:line="240" w:lineRule="auto"/>
      </w:pPr>
      <w:r>
        <w:separator/>
      </w:r>
    </w:p>
  </w:footnote>
  <w:footnote w:type="continuationSeparator" w:id="0">
    <w:p w:rsidR="00020882" w:rsidP="003945F7" w:rsidRDefault="00020882" w14:paraId="063FC73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945F7" w:rsidRDefault="003945F7" w14:paraId="37F63581" w14:textId="77777777">
    <w:pPr>
      <w:pStyle w:val="Nagwek"/>
    </w:pPr>
    <w:r w:rsidRPr="00EB55D8">
      <w:rPr>
        <w:noProof/>
      </w:rPr>
      <w:drawing>
        <wp:inline distT="0" distB="0" distL="0" distR="0" wp14:anchorId="0BBEC8F9" wp14:editId="5DCE5412">
          <wp:extent cx="5486400" cy="494090"/>
          <wp:effectExtent l="0" t="0" r="0" b="1270"/>
          <wp:docPr id="175798534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494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53F64660"/>
    <w:multiLevelType w:val="hybridMultilevel"/>
    <w:tmpl w:val="2CFE5CF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9CC4224"/>
    <w:multiLevelType w:val="multilevel"/>
    <w:tmpl w:val="937A3564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hint="default" w:ascii="Wingdings" w:hAnsi="Wingdings"/>
      </w:rPr>
    </w:lvl>
    <w:lvl w:ilvl="1">
      <w:start w:val="1"/>
      <w:numFmt w:val="bullet"/>
      <w:lvlText w:val=""/>
      <w:lvlJc w:val="left"/>
      <w:pPr>
        <w:ind w:left="1788" w:hanging="360"/>
      </w:pPr>
      <w:rPr>
        <w:rFonts w:hint="default" w:ascii="Wingdings" w:hAnsi="Wingdings"/>
      </w:rPr>
    </w:lvl>
    <w:lvl w:ilvl="2">
      <w:start w:val="1"/>
      <w:numFmt w:val="decimal"/>
      <w:lvlText w:val="%3)"/>
      <w:lvlJc w:val="left"/>
      <w:pPr>
        <w:ind w:left="2508" w:hanging="360"/>
      </w:pPr>
      <w:rPr>
        <w:rFonts w:hint="default" w:ascii="Roboto Condensed Light" w:hAnsi="Roboto Condensed Light"/>
      </w:r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num w:numId="1" w16cid:durableId="985860721">
    <w:abstractNumId w:val="8"/>
  </w:num>
  <w:num w:numId="2" w16cid:durableId="157622795">
    <w:abstractNumId w:val="6"/>
  </w:num>
  <w:num w:numId="3" w16cid:durableId="835146989">
    <w:abstractNumId w:val="5"/>
  </w:num>
  <w:num w:numId="4" w16cid:durableId="1398745038">
    <w:abstractNumId w:val="4"/>
  </w:num>
  <w:num w:numId="5" w16cid:durableId="163471527">
    <w:abstractNumId w:val="7"/>
  </w:num>
  <w:num w:numId="6" w16cid:durableId="1498809631">
    <w:abstractNumId w:val="3"/>
  </w:num>
  <w:num w:numId="7" w16cid:durableId="1487285498">
    <w:abstractNumId w:val="2"/>
  </w:num>
  <w:num w:numId="8" w16cid:durableId="1056397197">
    <w:abstractNumId w:val="1"/>
  </w:num>
  <w:num w:numId="9" w16cid:durableId="314457339">
    <w:abstractNumId w:val="0"/>
  </w:num>
  <w:num w:numId="10" w16cid:durableId="1600797594">
    <w:abstractNumId w:val="9"/>
  </w:num>
  <w:num w:numId="11" w16cid:durableId="830485765">
    <w:abstractNumId w:val="1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7D9"/>
    <w:rsid w:val="00020882"/>
    <w:rsid w:val="00034616"/>
    <w:rsid w:val="0006063C"/>
    <w:rsid w:val="00064E36"/>
    <w:rsid w:val="000B7B5D"/>
    <w:rsid w:val="000E58FB"/>
    <w:rsid w:val="001357BF"/>
    <w:rsid w:val="0015074B"/>
    <w:rsid w:val="00172C84"/>
    <w:rsid w:val="00183225"/>
    <w:rsid w:val="001E3778"/>
    <w:rsid w:val="00217644"/>
    <w:rsid w:val="0029639D"/>
    <w:rsid w:val="00320166"/>
    <w:rsid w:val="003228E0"/>
    <w:rsid w:val="00326F90"/>
    <w:rsid w:val="00365AC6"/>
    <w:rsid w:val="003945F7"/>
    <w:rsid w:val="00410963"/>
    <w:rsid w:val="00426B74"/>
    <w:rsid w:val="004D4FF3"/>
    <w:rsid w:val="005655DE"/>
    <w:rsid w:val="00586827"/>
    <w:rsid w:val="006E3587"/>
    <w:rsid w:val="007D408F"/>
    <w:rsid w:val="007F4563"/>
    <w:rsid w:val="00821A83"/>
    <w:rsid w:val="00824323"/>
    <w:rsid w:val="00825CD7"/>
    <w:rsid w:val="008403BC"/>
    <w:rsid w:val="008B634A"/>
    <w:rsid w:val="00980499"/>
    <w:rsid w:val="009A344C"/>
    <w:rsid w:val="009B6CAA"/>
    <w:rsid w:val="009C207D"/>
    <w:rsid w:val="009C5451"/>
    <w:rsid w:val="00A24516"/>
    <w:rsid w:val="00A61C45"/>
    <w:rsid w:val="00AA1D8D"/>
    <w:rsid w:val="00AF427A"/>
    <w:rsid w:val="00B47730"/>
    <w:rsid w:val="00C739DA"/>
    <w:rsid w:val="00CB0664"/>
    <w:rsid w:val="00D101D0"/>
    <w:rsid w:val="00D61D64"/>
    <w:rsid w:val="00E021DD"/>
    <w:rsid w:val="00F562B7"/>
    <w:rsid w:val="00F6745F"/>
    <w:rsid w:val="00FA1EC6"/>
    <w:rsid w:val="00FA545B"/>
    <w:rsid w:val="00FB67D3"/>
    <w:rsid w:val="00FC693F"/>
    <w:rsid w:val="00FF134D"/>
    <w:rsid w:val="0799E317"/>
    <w:rsid w:val="07A726F7"/>
    <w:rsid w:val="0D5F6AB1"/>
    <w:rsid w:val="10E996EC"/>
    <w:rsid w:val="14883CEB"/>
    <w:rsid w:val="187414EE"/>
    <w:rsid w:val="1B9D2BEB"/>
    <w:rsid w:val="2A29AB5A"/>
    <w:rsid w:val="2D4EA5C0"/>
    <w:rsid w:val="329B7BC6"/>
    <w:rsid w:val="32F1BAFE"/>
    <w:rsid w:val="3A9C9859"/>
    <w:rsid w:val="3E03AE67"/>
    <w:rsid w:val="41F6409D"/>
    <w:rsid w:val="49A1A339"/>
    <w:rsid w:val="49A2DA8E"/>
    <w:rsid w:val="6B2F46E3"/>
    <w:rsid w:val="755277A0"/>
    <w:rsid w:val="77E4B40F"/>
    <w:rsid w:val="78610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57B680"/>
  <w14:defaultImageDpi w14:val="300"/>
  <w15:docId w15:val="{6F794BC8-0DF2-4E9A-B4E0-4F46BD4A0E5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styleId="Nagwek1Znak" w:customStyle="1">
    <w:name w:val="Nagłówek 1 Znak"/>
    <w:basedOn w:val="Domylnaczcionkaakapitu"/>
    <w:link w:val="Nagwek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Nagwek2Znak" w:customStyle="1">
    <w:name w:val="Nagłówek 2 Znak"/>
    <w:basedOn w:val="Domylnaczcionkaakapitu"/>
    <w:link w:val="Nagwek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Nagwek3Znak" w:customStyle="1">
    <w:name w:val="Nagłówek 3 Znak"/>
    <w:basedOn w:val="Domylnaczcionkaakapitu"/>
    <w:link w:val="Nagwek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ytuZnak" w:customStyle="1">
    <w:name w:val="Tytuł Znak"/>
    <w:basedOn w:val="Domylnaczcionkaakapitu"/>
    <w:link w:val="Tytu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Cs w:val="24"/>
    </w:rPr>
  </w:style>
  <w:style w:type="character" w:styleId="PodtytuZnak" w:customStyle="1">
    <w:name w:val="Podtytuł Znak"/>
    <w:basedOn w:val="Domylnaczcionkaakapitu"/>
    <w:link w:val="Podtytu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styleId="TekstpodstawowyZnak" w:customStyle="1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styleId="Tekstpodstawowy2Znak" w:customStyle="1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styleId="Tekstpodstawowy3Znak" w:customStyle="1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kstmakraZnak" w:customStyle="1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styleId="CytatZnak" w:customStyle="1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172C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72C84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rsid w:val="00172C8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72C84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172C8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1357BF"/>
    <w:pPr>
      <w:spacing w:after="0" w:line="240" w:lineRule="auto"/>
    </w:pPr>
    <w:rPr>
      <w:rFonts w:ascii="Times New Roman" w:hAnsi="Times New Roman" w:eastAsia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entarz xmlns="4e6e10c6-90b6-4269-a026-4fa9e4e15c95" xsi:nil="true"/>
    <Opispliku xmlns="4e6e10c6-90b6-4269-a026-4fa9e4e15c9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CC30EC99C908469B56ED1C5516E44C" ma:contentTypeVersion="5" ma:contentTypeDescription="Utwórz nowy dokument." ma:contentTypeScope="" ma:versionID="8ae8b16b4e937c5ce10a939f77d8dd6c">
  <xsd:schema xmlns:xsd="http://www.w3.org/2001/XMLSchema" xmlns:xs="http://www.w3.org/2001/XMLSchema" xmlns:p="http://schemas.microsoft.com/office/2006/metadata/properties" xmlns:ns2="4e6e10c6-90b6-4269-a026-4fa9e4e15c95" targetNamespace="http://schemas.microsoft.com/office/2006/metadata/properties" ma:root="true" ma:fieldsID="be9f5b486a557aaf3fc626716bacb58a" ns2:_="">
    <xsd:import namespace="4e6e10c6-90b6-4269-a026-4fa9e4e15c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Komentarz" minOccurs="0"/>
                <xsd:element ref="ns2:Opisplik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6e10c6-90b6-4269-a026-4fa9e4e15c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Komentarz" ma:index="11" nillable="true" ma:displayName="Komentarz" ma:format="Dropdown" ma:internalName="Komentarz">
      <xsd:simpleType>
        <xsd:restriction base="dms:Text">
          <xsd:maxLength value="255"/>
        </xsd:restriction>
      </xsd:simpleType>
    </xsd:element>
    <xsd:element name="Opispliku" ma:index="12" nillable="true" ma:displayName="Opis pliku" ma:format="Dropdown" ma:internalName="Opispliku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B78C945-8AA4-4558-8C44-27ADD075C856}">
  <ds:schemaRefs>
    <ds:schemaRef ds:uri="http://schemas.microsoft.com/office/2006/metadata/properties"/>
    <ds:schemaRef ds:uri="http://schemas.microsoft.com/office/infopath/2007/PartnerControls"/>
    <ds:schemaRef ds:uri="4e6e10c6-90b6-4269-a026-4fa9e4e15c95"/>
  </ds:schemaRefs>
</ds:datastoreItem>
</file>

<file path=customXml/itemProps2.xml><?xml version="1.0" encoding="utf-8"?>
<ds:datastoreItem xmlns:ds="http://schemas.openxmlformats.org/officeDocument/2006/customXml" ds:itemID="{C9F4CE55-3B50-4982-94D4-2F53A2DD8C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C99C24-091D-4A12-AC58-7A2219FF6E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6e10c6-90b6-4269-a026-4fa9e4e15c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Agnieszka Bublewicz</dc:creator>
  <keywords/>
  <dc:description/>
  <lastModifiedBy>Agnieszka Bublewicz</lastModifiedBy>
  <revision>6</revision>
  <dcterms:created xsi:type="dcterms:W3CDTF">2026-09-29T12:08:00.0000000Z</dcterms:created>
  <dcterms:modified xsi:type="dcterms:W3CDTF">2026-10-14T09:51:19.3905569Z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0x01010008CC30EC99C908469B56ED1C5516E44C</vt:lpwstr>
  </property>
</Properties>
</file>